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53608" w14:textId="447EACD6" w:rsidR="009E1DF8" w:rsidRPr="005B6AB0" w:rsidRDefault="006A74CE">
      <w:pPr>
        <w:spacing w:after="0"/>
        <w:jc w:val="center"/>
        <w:rPr>
          <w:rFonts w:ascii="標楷體" w:eastAsia="標楷體" w:hAnsi="標楷體"/>
          <w:sz w:val="32"/>
          <w:szCs w:val="32"/>
          <w:lang w:eastAsia="zh-TW"/>
        </w:rPr>
      </w:pPr>
      <w:r w:rsidRPr="005B6AB0">
        <w:rPr>
          <w:rFonts w:ascii="標楷體" w:eastAsia="標楷體" w:hAnsi="標楷體"/>
          <w:b/>
          <w:sz w:val="32"/>
          <w:szCs w:val="32"/>
          <w:lang w:eastAsia="zh-TW"/>
        </w:rPr>
        <w:t>住宿式服務機構使用者補助方案</w:t>
      </w:r>
    </w:p>
    <w:p w14:paraId="38D6946B" w14:textId="77777777" w:rsidR="009E1DF8" w:rsidRPr="005B6AB0" w:rsidRDefault="006A74CE">
      <w:pPr>
        <w:spacing w:after="100"/>
        <w:jc w:val="center"/>
        <w:rPr>
          <w:rFonts w:ascii="標楷體" w:eastAsia="標楷體" w:hAnsi="標楷體"/>
          <w:sz w:val="32"/>
          <w:szCs w:val="32"/>
        </w:rPr>
      </w:pPr>
      <w:proofErr w:type="spellStart"/>
      <w:r w:rsidRPr="005B6AB0">
        <w:rPr>
          <w:rFonts w:ascii="標楷體" w:eastAsia="標楷體" w:hAnsi="標楷體"/>
          <w:b/>
          <w:sz w:val="32"/>
          <w:szCs w:val="32"/>
        </w:rPr>
        <w:t>申復書</w:t>
      </w:r>
      <w:proofErr w:type="spellEnd"/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05"/>
        <w:gridCol w:w="1061"/>
        <w:gridCol w:w="3316"/>
        <w:gridCol w:w="1194"/>
        <w:gridCol w:w="2732"/>
      </w:tblGrid>
      <w:tr w:rsidR="005B6AB0" w14:paraId="46984541" w14:textId="77777777" w:rsidTr="00D05AD8">
        <w:trPr>
          <w:trHeight w:val="696"/>
          <w:jc w:val="center"/>
        </w:trPr>
        <w:tc>
          <w:tcPr>
            <w:tcW w:w="1405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08999A" w14:textId="77777777" w:rsidR="005B6AB0" w:rsidRPr="005B6AB0" w:rsidRDefault="005B6AB0">
            <w:pPr>
              <w:spacing w:after="0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proofErr w:type="spellStart"/>
            <w:r w:rsidRPr="005B6AB0">
              <w:rPr>
                <w:rFonts w:ascii="標楷體" w:eastAsia="標楷體" w:hAnsi="標楷體"/>
                <w:b/>
                <w:sz w:val="24"/>
                <w:szCs w:val="28"/>
              </w:rPr>
              <w:t>申復人</w:t>
            </w:r>
            <w:proofErr w:type="spellEnd"/>
            <w:r w:rsidRPr="005B6AB0">
              <w:rPr>
                <w:rFonts w:ascii="標楷體" w:eastAsia="標楷體" w:hAnsi="標楷體"/>
                <w:b/>
                <w:sz w:val="24"/>
                <w:szCs w:val="28"/>
              </w:rPr>
              <w:br/>
            </w:r>
            <w:proofErr w:type="spellStart"/>
            <w:r w:rsidRPr="005B6AB0">
              <w:rPr>
                <w:rFonts w:ascii="標楷體" w:eastAsia="標楷體" w:hAnsi="標楷體"/>
                <w:b/>
                <w:sz w:val="24"/>
                <w:szCs w:val="28"/>
              </w:rPr>
              <w:t>基本資料欄</w:t>
            </w:r>
            <w:proofErr w:type="spellEnd"/>
          </w:p>
        </w:tc>
        <w:tc>
          <w:tcPr>
            <w:tcW w:w="106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F95C6C" w14:textId="77777777" w:rsidR="005B6AB0" w:rsidRPr="005B6AB0" w:rsidRDefault="005B6AB0" w:rsidP="005B6AB0">
            <w:pPr>
              <w:spacing w:after="0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5B6AB0">
              <w:rPr>
                <w:rFonts w:ascii="標楷體" w:eastAsia="標楷體" w:hAnsi="標楷體"/>
                <w:sz w:val="24"/>
                <w:szCs w:val="28"/>
              </w:rPr>
              <w:t>姓　名</w:t>
            </w:r>
          </w:p>
        </w:tc>
        <w:tc>
          <w:tcPr>
            <w:tcW w:w="331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5B6CE9" w14:textId="77777777" w:rsidR="005B6AB0" w:rsidRPr="005B6AB0" w:rsidRDefault="005B6AB0">
            <w:pPr>
              <w:spacing w:after="0"/>
              <w:rPr>
                <w:rFonts w:ascii="標楷體" w:eastAsia="標楷體" w:hAnsi="標楷體"/>
                <w:sz w:val="24"/>
                <w:szCs w:val="28"/>
              </w:rPr>
            </w:pPr>
          </w:p>
        </w:tc>
        <w:tc>
          <w:tcPr>
            <w:tcW w:w="119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6DD9AC" w14:textId="77777777" w:rsidR="005B6AB0" w:rsidRPr="005B6AB0" w:rsidRDefault="005B6AB0" w:rsidP="005B6AB0">
            <w:pPr>
              <w:spacing w:after="0"/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proofErr w:type="spellStart"/>
            <w:r w:rsidRPr="005B6AB0">
              <w:rPr>
                <w:rFonts w:ascii="標楷體" w:eastAsia="標楷體" w:hAnsi="標楷體"/>
                <w:sz w:val="24"/>
                <w:szCs w:val="28"/>
              </w:rPr>
              <w:t>身分證</w:t>
            </w:r>
            <w:proofErr w:type="spellEnd"/>
            <w:r w:rsidRPr="005B6AB0">
              <w:rPr>
                <w:rFonts w:ascii="標楷體" w:eastAsia="標楷體" w:hAnsi="標楷體"/>
                <w:sz w:val="24"/>
                <w:szCs w:val="28"/>
              </w:rPr>
              <w:br/>
              <w:t>號　碼</w:t>
            </w:r>
          </w:p>
        </w:tc>
        <w:tc>
          <w:tcPr>
            <w:tcW w:w="27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4469B5" w14:textId="77777777" w:rsidR="005B6AB0" w:rsidRPr="005B6AB0" w:rsidRDefault="005B6AB0">
            <w:pPr>
              <w:spacing w:after="0"/>
              <w:rPr>
                <w:rFonts w:ascii="標楷體" w:eastAsia="標楷體" w:hAnsi="標楷體"/>
                <w:sz w:val="24"/>
                <w:szCs w:val="28"/>
              </w:rPr>
            </w:pPr>
          </w:p>
        </w:tc>
      </w:tr>
      <w:tr w:rsidR="005B6AB0" w14:paraId="4016C372" w14:textId="77777777" w:rsidTr="00D05AD8">
        <w:trPr>
          <w:trHeight w:val="667"/>
          <w:jc w:val="center"/>
        </w:trPr>
        <w:tc>
          <w:tcPr>
            <w:tcW w:w="1405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A5BC28" w14:textId="77777777" w:rsidR="005B6AB0" w:rsidRPr="005B6AB0" w:rsidRDefault="005B6AB0">
            <w:pPr>
              <w:spacing w:after="0"/>
              <w:rPr>
                <w:rFonts w:ascii="標楷體" w:eastAsia="標楷體" w:hAnsi="標楷體"/>
                <w:sz w:val="24"/>
                <w:szCs w:val="28"/>
              </w:rPr>
            </w:pPr>
          </w:p>
        </w:tc>
        <w:tc>
          <w:tcPr>
            <w:tcW w:w="106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220615" w14:textId="77777777" w:rsidR="005B6AB0" w:rsidRPr="005B6AB0" w:rsidRDefault="005B6AB0" w:rsidP="005B6AB0">
            <w:pPr>
              <w:spacing w:after="0"/>
              <w:jc w:val="distribute"/>
              <w:rPr>
                <w:rFonts w:ascii="標楷體" w:eastAsia="標楷體" w:hAnsi="標楷體"/>
                <w:sz w:val="24"/>
                <w:szCs w:val="28"/>
              </w:rPr>
            </w:pPr>
            <w:proofErr w:type="spellStart"/>
            <w:r w:rsidRPr="005B6AB0">
              <w:rPr>
                <w:rFonts w:ascii="標楷體" w:eastAsia="標楷體" w:hAnsi="標楷體"/>
                <w:sz w:val="24"/>
                <w:szCs w:val="28"/>
              </w:rPr>
              <w:t>聯絡</w:t>
            </w:r>
            <w:proofErr w:type="spellEnd"/>
          </w:p>
          <w:p w14:paraId="233039CD" w14:textId="0DFABC9A" w:rsidR="005B6AB0" w:rsidRPr="005B6AB0" w:rsidRDefault="005B6AB0" w:rsidP="005B6AB0">
            <w:pPr>
              <w:spacing w:after="0"/>
              <w:jc w:val="distribute"/>
              <w:rPr>
                <w:rFonts w:ascii="標楷體" w:eastAsia="標楷體" w:hAnsi="標楷體"/>
                <w:sz w:val="24"/>
                <w:szCs w:val="28"/>
              </w:rPr>
            </w:pPr>
            <w:proofErr w:type="spellStart"/>
            <w:r w:rsidRPr="005B6AB0">
              <w:rPr>
                <w:rFonts w:ascii="標楷體" w:eastAsia="標楷體" w:hAnsi="標楷體"/>
                <w:sz w:val="24"/>
                <w:szCs w:val="28"/>
              </w:rPr>
              <w:t>地址</w:t>
            </w:r>
            <w:proofErr w:type="spellEnd"/>
          </w:p>
        </w:tc>
        <w:tc>
          <w:tcPr>
            <w:tcW w:w="331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D962B3" w14:textId="77777777" w:rsidR="005B6AB0" w:rsidRPr="005B6AB0" w:rsidRDefault="005B6AB0">
            <w:pPr>
              <w:spacing w:after="0"/>
              <w:rPr>
                <w:rFonts w:ascii="標楷體" w:eastAsia="標楷體" w:hAnsi="標楷體"/>
                <w:sz w:val="24"/>
                <w:szCs w:val="28"/>
              </w:rPr>
            </w:pPr>
          </w:p>
        </w:tc>
        <w:tc>
          <w:tcPr>
            <w:tcW w:w="1194" w:type="dxa"/>
            <w:vAlign w:val="center"/>
          </w:tcPr>
          <w:p w14:paraId="0C263D33" w14:textId="1467B5C4" w:rsidR="005B6AB0" w:rsidRPr="005B6AB0" w:rsidRDefault="005B6AB0" w:rsidP="005B6AB0">
            <w:pPr>
              <w:spacing w:after="0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proofErr w:type="spellStart"/>
            <w:r w:rsidRPr="005B6AB0">
              <w:rPr>
                <w:rFonts w:ascii="標楷體" w:eastAsia="標楷體" w:hAnsi="標楷體"/>
                <w:sz w:val="24"/>
                <w:szCs w:val="28"/>
              </w:rPr>
              <w:t>聯絡電話</w:t>
            </w:r>
            <w:proofErr w:type="spellEnd"/>
          </w:p>
        </w:tc>
        <w:tc>
          <w:tcPr>
            <w:tcW w:w="27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068B32" w14:textId="5277B67F" w:rsidR="005B6AB0" w:rsidRPr="005B6AB0" w:rsidRDefault="005B6AB0">
            <w:pPr>
              <w:spacing w:after="0"/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</w:pPr>
          </w:p>
        </w:tc>
      </w:tr>
      <w:tr w:rsidR="009E1DF8" w14:paraId="05742433" w14:textId="77777777" w:rsidTr="00D05AD8">
        <w:trPr>
          <w:trHeight w:val="225"/>
          <w:jc w:val="center"/>
        </w:trPr>
        <w:tc>
          <w:tcPr>
            <w:tcW w:w="9708" w:type="dxa"/>
            <w:gridSpan w:val="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54D4CA" w14:textId="11592F86" w:rsidR="009E1DF8" w:rsidRPr="005B6AB0" w:rsidRDefault="005B6AB0">
            <w:pPr>
              <w:spacing w:after="0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 w:rsidRPr="005B6AB0"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  <w:t>▲</w:t>
            </w:r>
            <w:r w:rsidR="006A74CE" w:rsidRPr="005B6AB0">
              <w:rPr>
                <w:rFonts w:ascii="標楷體" w:eastAsia="標楷體" w:hAnsi="標楷體"/>
                <w:sz w:val="24"/>
                <w:szCs w:val="28"/>
                <w:lang w:eastAsia="zh-TW"/>
              </w:rPr>
              <w:t>機構使用者同為申復人（以下免填）</w:t>
            </w:r>
          </w:p>
        </w:tc>
      </w:tr>
      <w:tr w:rsidR="005B6AB0" w14:paraId="09738AD3" w14:textId="77777777" w:rsidTr="00D05AD8">
        <w:trPr>
          <w:trHeight w:val="709"/>
          <w:jc w:val="center"/>
        </w:trPr>
        <w:tc>
          <w:tcPr>
            <w:tcW w:w="1405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9D71B2" w14:textId="77777777" w:rsidR="005B6AB0" w:rsidRPr="005B6AB0" w:rsidRDefault="005B6AB0">
            <w:pPr>
              <w:spacing w:after="0"/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 w:rsidRPr="005B6AB0">
              <w:rPr>
                <w:rFonts w:ascii="標楷體" w:eastAsia="標楷體" w:hAnsi="標楷體"/>
                <w:b/>
                <w:sz w:val="24"/>
                <w:szCs w:val="28"/>
                <w:lang w:eastAsia="zh-TW"/>
              </w:rPr>
              <w:t>機構使用者</w:t>
            </w:r>
            <w:r w:rsidRPr="005B6AB0">
              <w:rPr>
                <w:rFonts w:ascii="標楷體" w:eastAsia="標楷體" w:hAnsi="標楷體"/>
                <w:b/>
                <w:sz w:val="24"/>
                <w:szCs w:val="28"/>
                <w:lang w:eastAsia="zh-TW"/>
              </w:rPr>
              <w:br/>
              <w:t>基本資料欄</w:t>
            </w:r>
          </w:p>
        </w:tc>
        <w:tc>
          <w:tcPr>
            <w:tcW w:w="106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1FAA35" w14:textId="77777777" w:rsidR="005B6AB0" w:rsidRPr="005B6AB0" w:rsidRDefault="005B6AB0" w:rsidP="005B6AB0">
            <w:pPr>
              <w:spacing w:after="0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5B6AB0">
              <w:rPr>
                <w:rFonts w:ascii="標楷體" w:eastAsia="標楷體" w:hAnsi="標楷體"/>
                <w:sz w:val="24"/>
                <w:szCs w:val="28"/>
              </w:rPr>
              <w:t>姓　名</w:t>
            </w:r>
          </w:p>
        </w:tc>
        <w:tc>
          <w:tcPr>
            <w:tcW w:w="331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D1865A" w14:textId="77777777" w:rsidR="005B6AB0" w:rsidRPr="005B6AB0" w:rsidRDefault="005B6AB0">
            <w:pPr>
              <w:spacing w:after="0"/>
              <w:rPr>
                <w:rFonts w:ascii="標楷體" w:eastAsia="標楷體" w:hAnsi="標楷體"/>
                <w:sz w:val="24"/>
                <w:szCs w:val="28"/>
              </w:rPr>
            </w:pPr>
          </w:p>
        </w:tc>
        <w:tc>
          <w:tcPr>
            <w:tcW w:w="119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1BEF09" w14:textId="77777777" w:rsidR="005B6AB0" w:rsidRPr="005B6AB0" w:rsidRDefault="005B6AB0" w:rsidP="005B6AB0">
            <w:pPr>
              <w:spacing w:after="0"/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proofErr w:type="spellStart"/>
            <w:r w:rsidRPr="005B6AB0">
              <w:rPr>
                <w:rFonts w:ascii="標楷體" w:eastAsia="標楷體" w:hAnsi="標楷體"/>
                <w:sz w:val="24"/>
                <w:szCs w:val="28"/>
              </w:rPr>
              <w:t>身分證</w:t>
            </w:r>
            <w:proofErr w:type="spellEnd"/>
            <w:r w:rsidRPr="005B6AB0">
              <w:rPr>
                <w:rFonts w:ascii="標楷體" w:eastAsia="標楷體" w:hAnsi="標楷體"/>
                <w:sz w:val="24"/>
                <w:szCs w:val="28"/>
              </w:rPr>
              <w:br/>
              <w:t>號　碼</w:t>
            </w:r>
          </w:p>
        </w:tc>
        <w:tc>
          <w:tcPr>
            <w:tcW w:w="27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ADD28F" w14:textId="77777777" w:rsidR="005B6AB0" w:rsidRPr="005B6AB0" w:rsidRDefault="005B6AB0">
            <w:pPr>
              <w:spacing w:after="0"/>
              <w:rPr>
                <w:rFonts w:ascii="標楷體" w:eastAsia="標楷體" w:hAnsi="標楷體"/>
                <w:sz w:val="24"/>
                <w:szCs w:val="28"/>
              </w:rPr>
            </w:pPr>
          </w:p>
        </w:tc>
      </w:tr>
      <w:tr w:rsidR="005B6AB0" w14:paraId="09317DB7" w14:textId="77777777" w:rsidTr="00D05AD8">
        <w:trPr>
          <w:trHeight w:val="699"/>
          <w:jc w:val="center"/>
        </w:trPr>
        <w:tc>
          <w:tcPr>
            <w:tcW w:w="1405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A17E78" w14:textId="77777777" w:rsidR="005B6AB0" w:rsidRPr="005B6AB0" w:rsidRDefault="005B6AB0">
            <w:pPr>
              <w:spacing w:after="0"/>
              <w:rPr>
                <w:rFonts w:ascii="標楷體" w:eastAsia="標楷體" w:hAnsi="標楷體"/>
                <w:sz w:val="24"/>
                <w:szCs w:val="28"/>
              </w:rPr>
            </w:pPr>
          </w:p>
        </w:tc>
        <w:tc>
          <w:tcPr>
            <w:tcW w:w="106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8AE821" w14:textId="77777777" w:rsidR="005B6AB0" w:rsidRDefault="005B6AB0" w:rsidP="005B6AB0">
            <w:pPr>
              <w:spacing w:after="0"/>
              <w:jc w:val="distribute"/>
              <w:rPr>
                <w:rFonts w:ascii="標楷體" w:eastAsia="標楷體" w:hAnsi="標楷體"/>
                <w:sz w:val="24"/>
                <w:szCs w:val="28"/>
              </w:rPr>
            </w:pPr>
            <w:proofErr w:type="spellStart"/>
            <w:r w:rsidRPr="005B6AB0">
              <w:rPr>
                <w:rFonts w:ascii="標楷體" w:eastAsia="標楷體" w:hAnsi="標楷體"/>
                <w:sz w:val="24"/>
                <w:szCs w:val="28"/>
              </w:rPr>
              <w:t>聯絡</w:t>
            </w:r>
            <w:proofErr w:type="spellEnd"/>
          </w:p>
          <w:p w14:paraId="3E7D95D0" w14:textId="1F503EEE" w:rsidR="005B6AB0" w:rsidRPr="005B6AB0" w:rsidRDefault="005B6AB0" w:rsidP="005B6AB0">
            <w:pPr>
              <w:spacing w:after="0"/>
              <w:jc w:val="distribute"/>
              <w:rPr>
                <w:rFonts w:ascii="標楷體" w:eastAsia="標楷體" w:hAnsi="標楷體"/>
                <w:sz w:val="24"/>
                <w:szCs w:val="28"/>
              </w:rPr>
            </w:pPr>
            <w:proofErr w:type="spellStart"/>
            <w:r w:rsidRPr="005B6AB0">
              <w:rPr>
                <w:rFonts w:ascii="標楷體" w:eastAsia="標楷體" w:hAnsi="標楷體"/>
                <w:sz w:val="24"/>
                <w:szCs w:val="28"/>
              </w:rPr>
              <w:t>地址</w:t>
            </w:r>
            <w:proofErr w:type="spellEnd"/>
          </w:p>
        </w:tc>
        <w:tc>
          <w:tcPr>
            <w:tcW w:w="331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EB82A3" w14:textId="77777777" w:rsidR="005B6AB0" w:rsidRPr="005B6AB0" w:rsidRDefault="005B6AB0">
            <w:pPr>
              <w:spacing w:after="0"/>
              <w:rPr>
                <w:rFonts w:ascii="標楷體" w:eastAsia="標楷體" w:hAnsi="標楷體"/>
                <w:sz w:val="24"/>
                <w:szCs w:val="28"/>
              </w:rPr>
            </w:pPr>
          </w:p>
        </w:tc>
        <w:tc>
          <w:tcPr>
            <w:tcW w:w="1194" w:type="dxa"/>
            <w:vAlign w:val="center"/>
          </w:tcPr>
          <w:p w14:paraId="72E92CB1" w14:textId="5EB038DE" w:rsidR="005B6AB0" w:rsidRPr="005B6AB0" w:rsidRDefault="005B6AB0" w:rsidP="005B6AB0">
            <w:pPr>
              <w:spacing w:after="0"/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proofErr w:type="spellStart"/>
            <w:r w:rsidRPr="005B6AB0">
              <w:rPr>
                <w:rFonts w:ascii="標楷體" w:eastAsia="標楷體" w:hAnsi="標楷體"/>
                <w:sz w:val="24"/>
                <w:szCs w:val="28"/>
              </w:rPr>
              <w:t>聯絡電話</w:t>
            </w:r>
            <w:proofErr w:type="spellEnd"/>
          </w:p>
        </w:tc>
        <w:tc>
          <w:tcPr>
            <w:tcW w:w="273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648439" w14:textId="129A3B5D" w:rsidR="005B6AB0" w:rsidRPr="005B6AB0" w:rsidRDefault="005B6AB0">
            <w:pPr>
              <w:spacing w:after="0"/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</w:pPr>
          </w:p>
        </w:tc>
      </w:tr>
      <w:tr w:rsidR="005B6AB0" w14:paraId="6ED724CB" w14:textId="77777777" w:rsidTr="00D05AD8">
        <w:trPr>
          <w:trHeight w:val="1533"/>
          <w:jc w:val="center"/>
        </w:trPr>
        <w:tc>
          <w:tcPr>
            <w:tcW w:w="14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84B4C4" w14:textId="77777777" w:rsidR="005B6AB0" w:rsidRDefault="005B6AB0" w:rsidP="00D05AD8">
            <w:pPr>
              <w:spacing w:after="0"/>
              <w:jc w:val="center"/>
              <w:rPr>
                <w:rFonts w:ascii="標楷體" w:eastAsia="標楷體" w:hAnsi="標楷體"/>
                <w:b/>
                <w:lang w:eastAsia="zh-TW"/>
              </w:rPr>
            </w:pPr>
            <w:r>
              <w:rPr>
                <w:rFonts w:ascii="標楷體" w:eastAsia="標楷體" w:hAnsi="標楷體"/>
                <w:b/>
              </w:rPr>
              <w:t>申</w:t>
            </w:r>
            <w:r>
              <w:rPr>
                <w:rFonts w:ascii="標楷體" w:eastAsia="標楷體" w:hAnsi="標楷體"/>
                <w:b/>
              </w:rPr>
              <w:br/>
              <w:t>復</w:t>
            </w:r>
            <w:r>
              <w:rPr>
                <w:rFonts w:ascii="標楷體" w:eastAsia="標楷體" w:hAnsi="標楷體"/>
                <w:b/>
              </w:rPr>
              <w:br/>
            </w:r>
            <w:r>
              <w:rPr>
                <w:rFonts w:ascii="標楷體" w:eastAsia="標楷體" w:hAnsi="標楷體" w:hint="eastAsia"/>
                <w:b/>
                <w:lang w:eastAsia="zh-TW"/>
              </w:rPr>
              <w:t>項</w:t>
            </w:r>
          </w:p>
          <w:p w14:paraId="4AB08476" w14:textId="321C8918" w:rsidR="005B6AB0" w:rsidRDefault="005B6AB0" w:rsidP="00D05AD8">
            <w:pPr>
              <w:spacing w:after="0"/>
              <w:jc w:val="center"/>
              <w:rPr>
                <w:rFonts w:hint="eastAsia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lang w:eastAsia="zh-TW"/>
              </w:rPr>
              <w:t>目</w:t>
            </w:r>
          </w:p>
        </w:tc>
        <w:tc>
          <w:tcPr>
            <w:tcW w:w="8302" w:type="dxa"/>
            <w:gridSpan w:val="4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D6786F" w14:textId="77777777" w:rsidR="005B6AB0" w:rsidRDefault="005B6AB0">
            <w:pPr>
              <w:spacing w:after="0"/>
            </w:pPr>
          </w:p>
        </w:tc>
      </w:tr>
      <w:tr w:rsidR="005B6AB0" w14:paraId="25BC7DEF" w14:textId="77777777" w:rsidTr="00D05AD8">
        <w:trPr>
          <w:trHeight w:val="6646"/>
          <w:jc w:val="center"/>
        </w:trPr>
        <w:tc>
          <w:tcPr>
            <w:tcW w:w="14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76D924" w14:textId="77777777" w:rsidR="005B6AB0" w:rsidRDefault="005B6AB0" w:rsidP="005B6AB0">
            <w:pPr>
              <w:spacing w:after="0" w:line="720" w:lineRule="auto"/>
              <w:jc w:val="center"/>
              <w:rPr>
                <w:rFonts w:ascii="標楷體" w:eastAsia="標楷體" w:hAnsi="標楷體"/>
                <w:b/>
                <w:lang w:eastAsia="zh-TW"/>
              </w:rPr>
            </w:pPr>
            <w:r>
              <w:rPr>
                <w:rFonts w:ascii="標楷體" w:eastAsia="標楷體" w:hAnsi="標楷體"/>
                <w:b/>
              </w:rPr>
              <w:t>申</w:t>
            </w:r>
            <w:r>
              <w:rPr>
                <w:rFonts w:ascii="標楷體" w:eastAsia="標楷體" w:hAnsi="標楷體"/>
                <w:b/>
              </w:rPr>
              <w:br/>
              <w:t>復</w:t>
            </w:r>
            <w:r>
              <w:rPr>
                <w:rFonts w:ascii="標楷體" w:eastAsia="標楷體" w:hAnsi="標楷體"/>
                <w:b/>
              </w:rPr>
              <w:br/>
            </w:r>
            <w:r>
              <w:rPr>
                <w:rFonts w:ascii="標楷體" w:eastAsia="標楷體" w:hAnsi="標楷體" w:hint="eastAsia"/>
                <w:b/>
                <w:lang w:eastAsia="zh-TW"/>
              </w:rPr>
              <w:t>理</w:t>
            </w:r>
          </w:p>
          <w:p w14:paraId="008CEBB3" w14:textId="14A6F7A3" w:rsidR="005B6AB0" w:rsidRDefault="005B6AB0" w:rsidP="005B6AB0">
            <w:pPr>
              <w:spacing w:after="0" w:line="720" w:lineRule="auto"/>
              <w:jc w:val="center"/>
              <w:rPr>
                <w:rFonts w:ascii="標楷體" w:eastAsia="標楷體" w:hAnsi="標楷體" w:hint="eastAsia"/>
                <w:b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lang w:eastAsia="zh-TW"/>
              </w:rPr>
              <w:t>由</w:t>
            </w:r>
          </w:p>
        </w:tc>
        <w:tc>
          <w:tcPr>
            <w:tcW w:w="8302" w:type="dxa"/>
            <w:gridSpan w:val="4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3AF457" w14:textId="77777777" w:rsidR="005B6AB0" w:rsidRDefault="005B6AB0">
            <w:pPr>
              <w:spacing w:after="0"/>
            </w:pPr>
          </w:p>
        </w:tc>
      </w:tr>
    </w:tbl>
    <w:p w14:paraId="4EAB844B" w14:textId="5F1FDB41" w:rsidR="009E1DF8" w:rsidRDefault="005B6AB0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2B301E" wp14:editId="2652F0FC">
                <wp:simplePos x="0" y="0"/>
                <wp:positionH relativeFrom="column">
                  <wp:posOffset>221986</wp:posOffset>
                </wp:positionH>
                <wp:positionV relativeFrom="paragraph">
                  <wp:posOffset>159385</wp:posOffset>
                </wp:positionV>
                <wp:extent cx="6521570" cy="1500996"/>
                <wp:effectExtent l="0" t="0" r="0" b="4445"/>
                <wp:wrapNone/>
                <wp:docPr id="1253037478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1570" cy="15009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93E601" w14:textId="3EB786D3" w:rsidR="005B6AB0" w:rsidRPr="00D05AD8" w:rsidRDefault="005B6AB0" w:rsidP="00F951B4">
                            <w:pPr>
                              <w:spacing w:line="480" w:lineRule="auto"/>
                              <w:rPr>
                                <w:rFonts w:ascii="標楷體" w:eastAsia="標楷體" w:hAnsi="標楷體" w:cs="微軟正黑體" w:hint="eastAsia"/>
                                <w:b/>
                                <w:bCs/>
                                <w:lang w:eastAsia="zh-TW"/>
                              </w:rPr>
                            </w:pPr>
                            <w:r w:rsidRPr="00D05AD8">
                              <w:rPr>
                                <w:rFonts w:ascii="標楷體" w:eastAsia="標楷體" w:hAnsi="標楷體" w:cs="微軟正黑體" w:hint="eastAsia"/>
                                <w:b/>
                                <w:bCs/>
                                <w:lang w:eastAsia="zh-TW"/>
                              </w:rPr>
                              <w:t>申復人簽章：</w:t>
                            </w:r>
                            <w:r w:rsidR="00F951B4" w:rsidRPr="00D05AD8">
                              <w:rPr>
                                <w:rFonts w:ascii="標楷體" w:eastAsia="標楷體" w:hAnsi="標楷體" w:cs="微軟正黑體" w:hint="eastAsia"/>
                                <w:b/>
                                <w:bCs/>
                                <w:lang w:eastAsia="zh-TW"/>
                              </w:rPr>
                              <w:t>ˍˍˍˍˍˍˍˍ</w:t>
                            </w:r>
                            <w:r w:rsidRPr="00D05AD8">
                              <w:rPr>
                                <w:rFonts w:ascii="標楷體" w:eastAsia="標楷體" w:hAnsi="標楷體" w:cs="微軟正黑體" w:hint="eastAsia"/>
                                <w:b/>
                                <w:bCs/>
                                <w:lang w:eastAsia="zh-TW"/>
                              </w:rPr>
                              <w:t xml:space="preserve">      </w:t>
                            </w:r>
                            <w:r w:rsidR="00F951B4" w:rsidRPr="00D05AD8">
                              <w:rPr>
                                <w:rFonts w:ascii="標楷體" w:eastAsia="標楷體" w:hAnsi="標楷體" w:cs="微軟正黑體" w:hint="eastAsia"/>
                                <w:b/>
                                <w:bCs/>
                                <w:lang w:eastAsia="zh-TW"/>
                              </w:rPr>
                              <w:t>蓋章</w:t>
                            </w:r>
                            <w:r w:rsidRPr="00D05AD8">
                              <w:rPr>
                                <w:rFonts w:ascii="標楷體" w:eastAsia="標楷體" w:hAnsi="標楷體" w:cs="微軟正黑體" w:hint="eastAsia"/>
                                <w:b/>
                                <w:bCs/>
                                <w:lang w:eastAsia="zh-TW"/>
                              </w:rPr>
                              <w:t xml:space="preserve">                                      </w:t>
                            </w:r>
                          </w:p>
                          <w:p w14:paraId="36A362FB" w14:textId="5699ECA8" w:rsidR="00F951B4" w:rsidRPr="00D05AD8" w:rsidRDefault="005B6AB0" w:rsidP="00F951B4">
                            <w:pPr>
                              <w:spacing w:line="480" w:lineRule="auto"/>
                              <w:rPr>
                                <w:rFonts w:ascii="標楷體" w:eastAsia="標楷體" w:hAnsi="標楷體" w:cs="微軟正黑體" w:hint="eastAsia"/>
                                <w:b/>
                                <w:bCs/>
                                <w:lang w:eastAsia="zh-TW"/>
                              </w:rPr>
                            </w:pPr>
                            <w:r w:rsidRPr="00D05AD8">
                              <w:rPr>
                                <w:rFonts w:ascii="標楷體" w:eastAsia="標楷體" w:hAnsi="標楷體" w:cs="微軟正黑體" w:hint="eastAsia"/>
                                <w:b/>
                                <w:bCs/>
                                <w:lang w:eastAsia="zh-TW"/>
                              </w:rPr>
                              <w:t>受委託人簽章</w:t>
                            </w:r>
                            <w:r w:rsidRPr="00D05AD8">
                              <w:rPr>
                                <w:rFonts w:ascii="標楷體" w:eastAsia="標楷體" w:hAnsi="標楷體" w:cs="微軟正黑體" w:hint="eastAsia"/>
                                <w:b/>
                                <w:bCs/>
                                <w:lang w:eastAsia="zh-TW"/>
                              </w:rPr>
                              <w:t>：</w:t>
                            </w:r>
                            <w:r w:rsidR="00F951B4" w:rsidRPr="00D05AD8">
                              <w:rPr>
                                <w:rFonts w:ascii="標楷體" w:eastAsia="標楷體" w:hAnsi="標楷體" w:cs="微軟正黑體" w:hint="eastAsia"/>
                                <w:b/>
                                <w:bCs/>
                                <w:lang w:eastAsia="zh-TW"/>
                              </w:rPr>
                              <w:t>ˍˍˍˍˍˍˍˍ</w:t>
                            </w:r>
                            <w:r w:rsidR="00F951B4" w:rsidRPr="00D05AD8">
                              <w:rPr>
                                <w:rFonts w:ascii="標楷體" w:eastAsia="標楷體" w:hAnsi="標楷體" w:cs="微軟正黑體" w:hint="eastAsia"/>
                                <w:b/>
                                <w:bCs/>
                                <w:lang w:eastAsia="zh-TW"/>
                              </w:rPr>
                              <w:t xml:space="preserve">    蓋章</w:t>
                            </w:r>
                          </w:p>
                          <w:p w14:paraId="7894A350" w14:textId="6611096C" w:rsidR="00F951B4" w:rsidRPr="00D05AD8" w:rsidRDefault="00F951B4" w:rsidP="00F951B4">
                            <w:pPr>
                              <w:spacing w:line="480" w:lineRule="auto"/>
                              <w:rPr>
                                <w:rFonts w:ascii="標楷體" w:eastAsia="標楷體" w:hAnsi="標楷體" w:cs="微軟正黑體" w:hint="eastAsia"/>
                                <w:b/>
                                <w:bCs/>
                                <w:lang w:eastAsia="zh-TW"/>
                              </w:rPr>
                            </w:pPr>
                            <w:r w:rsidRPr="00D05AD8">
                              <w:rPr>
                                <w:rFonts w:ascii="標楷體" w:eastAsia="標楷體" w:hAnsi="標楷體"/>
                                <w:b/>
                                <w:bCs/>
                                <w:lang w:eastAsia="zh-TW"/>
                              </w:rPr>
                              <w:t>申復日期：中華民國　　　年　　　月　　　日</w:t>
                            </w:r>
                          </w:p>
                          <w:p w14:paraId="204092FC" w14:textId="4E78D1FE" w:rsidR="005B6AB0" w:rsidRPr="005B6AB0" w:rsidRDefault="005B6AB0">
                            <w:pPr>
                              <w:rPr>
                                <w:rFonts w:ascii="微軟正黑體" w:eastAsia="微軟正黑體" w:hAnsi="微軟正黑體" w:cs="微軟正黑體" w:hint="eastAsia"/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2B301E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17.5pt;margin-top:12.55pt;width:513.5pt;height:118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" fillcolor="white [3201]" stroked="f" strokeweight=".5pt">
                <v:textbox>
                  <w:txbxContent>
                    <w:p w14:paraId="0393E601" w14:textId="3EB786D3" w:rsidR="005B6AB0" w:rsidRPr="00D05AD8" w:rsidRDefault="005B6AB0" w:rsidP="00F951B4">
                      <w:pPr>
                        <w:spacing w:line="480" w:lineRule="auto"/>
                        <w:rPr>
                          <w:rFonts w:ascii="標楷體" w:eastAsia="標楷體" w:hAnsi="標楷體" w:cs="微軟正黑體" w:hint="eastAsia"/>
                          <w:b/>
                          <w:bCs/>
                          <w:lang w:eastAsia="zh-TW"/>
                        </w:rPr>
                      </w:pPr>
                      <w:r w:rsidRPr="00D05AD8">
                        <w:rPr>
                          <w:rFonts w:ascii="標楷體" w:eastAsia="標楷體" w:hAnsi="標楷體" w:cs="微軟正黑體" w:hint="eastAsia"/>
                          <w:b/>
                          <w:bCs/>
                          <w:lang w:eastAsia="zh-TW"/>
                        </w:rPr>
                        <w:t>申復人簽章：</w:t>
                      </w:r>
                      <w:r w:rsidR="00F951B4" w:rsidRPr="00D05AD8">
                        <w:rPr>
                          <w:rFonts w:ascii="標楷體" w:eastAsia="標楷體" w:hAnsi="標楷體" w:cs="微軟正黑體" w:hint="eastAsia"/>
                          <w:b/>
                          <w:bCs/>
                          <w:lang w:eastAsia="zh-TW"/>
                        </w:rPr>
                        <w:t>ˍˍˍˍˍˍˍˍ</w:t>
                      </w:r>
                      <w:r w:rsidRPr="00D05AD8">
                        <w:rPr>
                          <w:rFonts w:ascii="標楷體" w:eastAsia="標楷體" w:hAnsi="標楷體" w:cs="微軟正黑體" w:hint="eastAsia"/>
                          <w:b/>
                          <w:bCs/>
                          <w:lang w:eastAsia="zh-TW"/>
                        </w:rPr>
                        <w:t xml:space="preserve">      </w:t>
                      </w:r>
                      <w:r w:rsidR="00F951B4" w:rsidRPr="00D05AD8">
                        <w:rPr>
                          <w:rFonts w:ascii="標楷體" w:eastAsia="標楷體" w:hAnsi="標楷體" w:cs="微軟正黑體" w:hint="eastAsia"/>
                          <w:b/>
                          <w:bCs/>
                          <w:lang w:eastAsia="zh-TW"/>
                        </w:rPr>
                        <w:t>蓋章</w:t>
                      </w:r>
                      <w:r w:rsidRPr="00D05AD8">
                        <w:rPr>
                          <w:rFonts w:ascii="標楷體" w:eastAsia="標楷體" w:hAnsi="標楷體" w:cs="微軟正黑體" w:hint="eastAsia"/>
                          <w:b/>
                          <w:bCs/>
                          <w:lang w:eastAsia="zh-TW"/>
                        </w:rPr>
                        <w:t xml:space="preserve">                                      </w:t>
                      </w:r>
                    </w:p>
                    <w:p w14:paraId="36A362FB" w14:textId="5699ECA8" w:rsidR="00F951B4" w:rsidRPr="00D05AD8" w:rsidRDefault="005B6AB0" w:rsidP="00F951B4">
                      <w:pPr>
                        <w:spacing w:line="480" w:lineRule="auto"/>
                        <w:rPr>
                          <w:rFonts w:ascii="標楷體" w:eastAsia="標楷體" w:hAnsi="標楷體" w:cs="微軟正黑體" w:hint="eastAsia"/>
                          <w:b/>
                          <w:bCs/>
                          <w:lang w:eastAsia="zh-TW"/>
                        </w:rPr>
                      </w:pPr>
                      <w:r w:rsidRPr="00D05AD8">
                        <w:rPr>
                          <w:rFonts w:ascii="標楷體" w:eastAsia="標楷體" w:hAnsi="標楷體" w:cs="微軟正黑體" w:hint="eastAsia"/>
                          <w:b/>
                          <w:bCs/>
                          <w:lang w:eastAsia="zh-TW"/>
                        </w:rPr>
                        <w:t>受委託人簽章</w:t>
                      </w:r>
                      <w:r w:rsidRPr="00D05AD8">
                        <w:rPr>
                          <w:rFonts w:ascii="標楷體" w:eastAsia="標楷體" w:hAnsi="標楷體" w:cs="微軟正黑體" w:hint="eastAsia"/>
                          <w:b/>
                          <w:bCs/>
                          <w:lang w:eastAsia="zh-TW"/>
                        </w:rPr>
                        <w:t>：</w:t>
                      </w:r>
                      <w:r w:rsidR="00F951B4" w:rsidRPr="00D05AD8">
                        <w:rPr>
                          <w:rFonts w:ascii="標楷體" w:eastAsia="標楷體" w:hAnsi="標楷體" w:cs="微軟正黑體" w:hint="eastAsia"/>
                          <w:b/>
                          <w:bCs/>
                          <w:lang w:eastAsia="zh-TW"/>
                        </w:rPr>
                        <w:t>ˍˍˍˍˍˍˍˍ</w:t>
                      </w:r>
                      <w:r w:rsidR="00F951B4" w:rsidRPr="00D05AD8">
                        <w:rPr>
                          <w:rFonts w:ascii="標楷體" w:eastAsia="標楷體" w:hAnsi="標楷體" w:cs="微軟正黑體" w:hint="eastAsia"/>
                          <w:b/>
                          <w:bCs/>
                          <w:lang w:eastAsia="zh-TW"/>
                        </w:rPr>
                        <w:t xml:space="preserve">    蓋章</w:t>
                      </w:r>
                    </w:p>
                    <w:p w14:paraId="7894A350" w14:textId="6611096C" w:rsidR="00F951B4" w:rsidRPr="00D05AD8" w:rsidRDefault="00F951B4" w:rsidP="00F951B4">
                      <w:pPr>
                        <w:spacing w:line="480" w:lineRule="auto"/>
                        <w:rPr>
                          <w:rFonts w:ascii="標楷體" w:eastAsia="標楷體" w:hAnsi="標楷體" w:cs="微軟正黑體" w:hint="eastAsia"/>
                          <w:b/>
                          <w:bCs/>
                          <w:lang w:eastAsia="zh-TW"/>
                        </w:rPr>
                      </w:pPr>
                      <w:r w:rsidRPr="00D05AD8">
                        <w:rPr>
                          <w:rFonts w:ascii="標楷體" w:eastAsia="標楷體" w:hAnsi="標楷體"/>
                          <w:b/>
                          <w:bCs/>
                          <w:lang w:eastAsia="zh-TW"/>
                        </w:rPr>
                        <w:t>申復日期：中華民國　　　年　　　月　　　日</w:t>
                      </w:r>
                    </w:p>
                    <w:p w14:paraId="204092FC" w14:textId="4E78D1FE" w:rsidR="005B6AB0" w:rsidRPr="005B6AB0" w:rsidRDefault="005B6AB0">
                      <w:pPr>
                        <w:rPr>
                          <w:rFonts w:ascii="微軟正黑體" w:eastAsia="微軟正黑體" w:hAnsi="微軟正黑體" w:cs="微軟正黑體" w:hint="eastAsia"/>
                          <w:lang w:eastAsia="zh-T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4720185" w14:textId="391199BD" w:rsidR="00F951B4" w:rsidRDefault="00F951B4">
      <w:pPr>
        <w:rPr>
          <w:rFonts w:eastAsia="新細明體"/>
          <w:lang w:eastAsia="zh-TW"/>
        </w:rPr>
      </w:pPr>
    </w:p>
    <w:p w14:paraId="5FA0DB80" w14:textId="1836D71B" w:rsidR="006A74CE" w:rsidRPr="005B6AB0" w:rsidRDefault="006A74CE">
      <w:pPr>
        <w:rPr>
          <w:rFonts w:eastAsia="新細明體" w:hint="eastAsia"/>
          <w:lang w:eastAsia="zh-TW"/>
        </w:rPr>
      </w:pPr>
    </w:p>
    <w:sectPr w:rsidR="006A74CE" w:rsidRPr="005B6AB0" w:rsidSect="00034616"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E413D" w14:textId="77777777" w:rsidR="006A74CE" w:rsidRDefault="006A74CE" w:rsidP="005B6AB0">
      <w:pPr>
        <w:spacing w:after="0" w:line="240" w:lineRule="auto"/>
      </w:pPr>
      <w:r>
        <w:separator/>
      </w:r>
    </w:p>
  </w:endnote>
  <w:endnote w:type="continuationSeparator" w:id="0">
    <w:p w14:paraId="5FAD918E" w14:textId="77777777" w:rsidR="006A74CE" w:rsidRDefault="006A74CE" w:rsidP="005B6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A3B62" w14:textId="77777777" w:rsidR="006A74CE" w:rsidRDefault="006A74CE" w:rsidP="005B6AB0">
      <w:pPr>
        <w:spacing w:after="0" w:line="240" w:lineRule="auto"/>
      </w:pPr>
      <w:r>
        <w:separator/>
      </w:r>
    </w:p>
  </w:footnote>
  <w:footnote w:type="continuationSeparator" w:id="0">
    <w:p w14:paraId="4345C1F6" w14:textId="77777777" w:rsidR="006A74CE" w:rsidRDefault="006A74CE" w:rsidP="005B6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2865024">
    <w:abstractNumId w:val="8"/>
  </w:num>
  <w:num w:numId="2" w16cid:durableId="1073044562">
    <w:abstractNumId w:val="6"/>
  </w:num>
  <w:num w:numId="3" w16cid:durableId="1461723202">
    <w:abstractNumId w:val="5"/>
  </w:num>
  <w:num w:numId="4" w16cid:durableId="428619214">
    <w:abstractNumId w:val="4"/>
  </w:num>
  <w:num w:numId="5" w16cid:durableId="1209606317">
    <w:abstractNumId w:val="7"/>
  </w:num>
  <w:num w:numId="6" w16cid:durableId="964654425">
    <w:abstractNumId w:val="3"/>
  </w:num>
  <w:num w:numId="7" w16cid:durableId="1222327731">
    <w:abstractNumId w:val="2"/>
  </w:num>
  <w:num w:numId="8" w16cid:durableId="1023097903">
    <w:abstractNumId w:val="1"/>
  </w:num>
  <w:num w:numId="9" w16cid:durableId="1170220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B6AB0"/>
    <w:rsid w:val="006A74CE"/>
    <w:rsid w:val="009E1DF8"/>
    <w:rsid w:val="00AA1D8D"/>
    <w:rsid w:val="00AD3B0A"/>
    <w:rsid w:val="00B47730"/>
    <w:rsid w:val="00CB0664"/>
    <w:rsid w:val="00D05AD8"/>
    <w:rsid w:val="00F951B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BF83483"/>
  <w14:defaultImageDpi w14:val="300"/>
  <w15:docId w15:val="{9CB555FA-75FC-4F4D-9CB9-93D1F3779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長照科02</cp:lastModifiedBy>
  <cp:revision>2</cp:revision>
  <dcterms:created xsi:type="dcterms:W3CDTF">2026-09-05T08:07:00Z</dcterms:created>
  <dcterms:modified xsi:type="dcterms:W3CDTF">2026-09-05T08:07:00Z</dcterms:modified>
  <cp:category/>
</cp:coreProperties>
</file>